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A05" w:rsidRPr="00CC6A05" w:rsidRDefault="00CC6A05" w:rsidP="00422C75">
      <w:pPr>
        <w:spacing w:after="360"/>
        <w:rPr>
          <w:b/>
          <w:sz w:val="18"/>
          <w:szCs w:val="18"/>
        </w:rPr>
      </w:pPr>
      <w:r w:rsidRPr="00CC6A05">
        <w:rPr>
          <w:b/>
          <w:sz w:val="18"/>
          <w:szCs w:val="18"/>
        </w:rPr>
        <w:t xml:space="preserve">                                                                                                  </w:t>
      </w:r>
      <w:r w:rsidR="00422C75">
        <w:rPr>
          <w:b/>
          <w:sz w:val="18"/>
          <w:szCs w:val="18"/>
        </w:rPr>
        <w:t xml:space="preserve">                                                           </w:t>
      </w:r>
      <w:r w:rsidRPr="00CC6A05">
        <w:rPr>
          <w:b/>
          <w:sz w:val="18"/>
          <w:szCs w:val="18"/>
        </w:rPr>
        <w:t xml:space="preserve">    </w:t>
      </w:r>
      <w:proofErr w:type="spellStart"/>
      <w:r w:rsidRPr="00CC6A05">
        <w:rPr>
          <w:b/>
          <w:sz w:val="18"/>
          <w:szCs w:val="18"/>
        </w:rPr>
        <w:t>Tarih</w:t>
      </w:r>
      <w:proofErr w:type="spellEnd"/>
      <w:r w:rsidRPr="00CC6A05">
        <w:rPr>
          <w:b/>
          <w:sz w:val="18"/>
          <w:szCs w:val="18"/>
        </w:rPr>
        <w:t>:</w:t>
      </w:r>
    </w:p>
    <w:p w:rsidR="00CC6A05" w:rsidRPr="00422C75" w:rsidRDefault="00475BDC" w:rsidP="00CC6A05">
      <w:pPr>
        <w:spacing w:after="360"/>
        <w:jc w:val="center"/>
        <w:rPr>
          <w:szCs w:val="18"/>
        </w:rPr>
      </w:pPr>
      <w:r w:rsidRPr="00422C75">
        <w:rPr>
          <w:b/>
          <w:szCs w:val="18"/>
        </w:rPr>
        <w:t>T.C.</w:t>
      </w:r>
      <w:r w:rsidR="00CC6A05" w:rsidRPr="00422C75">
        <w:rPr>
          <w:szCs w:val="18"/>
        </w:rPr>
        <w:t xml:space="preserve"> </w:t>
      </w:r>
      <w:r w:rsidRPr="00422C75">
        <w:rPr>
          <w:b/>
          <w:szCs w:val="18"/>
        </w:rPr>
        <w:t>İSTANBUL ŞİŞLİ MESLEK YÜKSEKOKULU</w:t>
      </w:r>
    </w:p>
    <w:p w:rsidR="008F6E49" w:rsidRPr="00422C75" w:rsidRDefault="00475BDC" w:rsidP="00CC6A05">
      <w:pPr>
        <w:spacing w:after="360"/>
        <w:jc w:val="center"/>
        <w:rPr>
          <w:szCs w:val="18"/>
        </w:rPr>
      </w:pPr>
      <w:r w:rsidRPr="00422C75">
        <w:rPr>
          <w:b/>
          <w:szCs w:val="18"/>
        </w:rPr>
        <w:t>MÜDÜRLÜĞÜNE</w:t>
      </w:r>
    </w:p>
    <w:p w:rsidR="008F6E49" w:rsidRPr="00CC6A05" w:rsidRDefault="00CC6A05">
      <w:pPr>
        <w:spacing w:after="240"/>
        <w:jc w:val="both"/>
        <w:rPr>
          <w:sz w:val="18"/>
          <w:szCs w:val="18"/>
        </w:rPr>
      </w:pPr>
      <w:r w:rsidRPr="00CC6A05">
        <w:rPr>
          <w:sz w:val="18"/>
          <w:szCs w:val="18"/>
        </w:rPr>
        <w:t xml:space="preserve">               </w:t>
      </w:r>
      <w:r w:rsidR="00475BDC" w:rsidRPr="00CC6A05">
        <w:rPr>
          <w:sz w:val="18"/>
          <w:szCs w:val="18"/>
        </w:rPr>
        <w:t xml:space="preserve">T.C. İstanbul Şişli Meslek </w:t>
      </w:r>
      <w:proofErr w:type="gramStart"/>
      <w:r w:rsidR="00475BDC" w:rsidRPr="00CC6A05">
        <w:rPr>
          <w:sz w:val="18"/>
          <w:szCs w:val="18"/>
        </w:rPr>
        <w:t>Yüksekokulu ...........................</w:t>
      </w:r>
      <w:r w:rsidRPr="00CC6A05">
        <w:rPr>
          <w:sz w:val="18"/>
          <w:szCs w:val="18"/>
        </w:rPr>
        <w:t>......................</w:t>
      </w:r>
      <w:proofErr w:type="gramEnd"/>
      <w:r w:rsidRPr="00CC6A05">
        <w:rPr>
          <w:sz w:val="18"/>
          <w:szCs w:val="18"/>
        </w:rPr>
        <w:t xml:space="preserve"> </w:t>
      </w:r>
      <w:proofErr w:type="spellStart"/>
      <w:proofErr w:type="gramStart"/>
      <w:r w:rsidRPr="00CC6A05">
        <w:rPr>
          <w:sz w:val="18"/>
          <w:szCs w:val="18"/>
        </w:rPr>
        <w:t>Programı</w:t>
      </w:r>
      <w:r w:rsidR="00475BDC" w:rsidRPr="00CC6A05">
        <w:rPr>
          <w:sz w:val="18"/>
          <w:szCs w:val="18"/>
        </w:rPr>
        <w:t>nda</w:t>
      </w:r>
      <w:proofErr w:type="spellEnd"/>
      <w:r w:rsidR="00475BDC" w:rsidRPr="00CC6A05">
        <w:rPr>
          <w:sz w:val="18"/>
          <w:szCs w:val="18"/>
        </w:rPr>
        <w:t xml:space="preserve"> </w:t>
      </w:r>
      <w:proofErr w:type="spellStart"/>
      <w:r w:rsidR="00475BDC" w:rsidRPr="00CC6A05">
        <w:rPr>
          <w:sz w:val="18"/>
          <w:szCs w:val="18"/>
        </w:rPr>
        <w:t>kayıtlı</w:t>
      </w:r>
      <w:proofErr w:type="spellEnd"/>
      <w:r w:rsidR="00475BDC" w:rsidRPr="00CC6A05">
        <w:rPr>
          <w:sz w:val="18"/>
          <w:szCs w:val="18"/>
        </w:rPr>
        <w:t xml:space="preserve"> ..................................... numaralı öğrencinizim.</w:t>
      </w:r>
      <w:proofErr w:type="gramEnd"/>
      <w:r w:rsidR="00475BDC" w:rsidRPr="00CC6A05">
        <w:rPr>
          <w:sz w:val="18"/>
          <w:szCs w:val="18"/>
        </w:rPr>
        <w:t xml:space="preserve"> </w:t>
      </w:r>
      <w:r w:rsidR="00475BDC" w:rsidRPr="00CC6A05">
        <w:rPr>
          <w:sz w:val="18"/>
          <w:szCs w:val="18"/>
        </w:rPr>
        <w:t>.......... / .......... Akad</w:t>
      </w:r>
      <w:r w:rsidRPr="00CC6A05">
        <w:rPr>
          <w:sz w:val="18"/>
          <w:szCs w:val="18"/>
        </w:rPr>
        <w:t xml:space="preserve">emik </w:t>
      </w:r>
      <w:proofErr w:type="gramStart"/>
      <w:r w:rsidRPr="00CC6A05">
        <w:rPr>
          <w:sz w:val="18"/>
          <w:szCs w:val="18"/>
        </w:rPr>
        <w:t>Yılı ....................</w:t>
      </w:r>
      <w:proofErr w:type="gramEnd"/>
      <w:r w:rsidRPr="00CC6A05">
        <w:rPr>
          <w:sz w:val="18"/>
          <w:szCs w:val="18"/>
        </w:rPr>
        <w:t xml:space="preserve"> </w:t>
      </w:r>
      <w:proofErr w:type="spellStart"/>
      <w:proofErr w:type="gramStart"/>
      <w:r w:rsidRPr="00CC6A05">
        <w:rPr>
          <w:sz w:val="18"/>
          <w:szCs w:val="18"/>
        </w:rPr>
        <w:t>y</w:t>
      </w:r>
      <w:r w:rsidR="00475BDC" w:rsidRPr="00CC6A05">
        <w:rPr>
          <w:sz w:val="18"/>
          <w:szCs w:val="18"/>
        </w:rPr>
        <w:t>arıyılında</w:t>
      </w:r>
      <w:proofErr w:type="spellEnd"/>
      <w:proofErr w:type="gramEnd"/>
      <w:r w:rsidR="00475BDC" w:rsidRPr="00CC6A05">
        <w:rPr>
          <w:sz w:val="18"/>
          <w:szCs w:val="18"/>
        </w:rPr>
        <w:t xml:space="preserve"> ÇAP </w:t>
      </w:r>
      <w:proofErr w:type="spellStart"/>
      <w:r w:rsidR="00475BDC" w:rsidRPr="00CC6A05">
        <w:rPr>
          <w:sz w:val="18"/>
          <w:szCs w:val="18"/>
        </w:rPr>
        <w:t>başvurusunda</w:t>
      </w:r>
      <w:proofErr w:type="spellEnd"/>
      <w:r w:rsidR="00475BDC" w:rsidRPr="00CC6A05">
        <w:rPr>
          <w:sz w:val="18"/>
          <w:szCs w:val="18"/>
        </w:rPr>
        <w:t xml:space="preserve"> </w:t>
      </w:r>
      <w:proofErr w:type="spellStart"/>
      <w:r w:rsidR="00475BDC" w:rsidRPr="00CC6A05">
        <w:rPr>
          <w:sz w:val="18"/>
          <w:szCs w:val="18"/>
        </w:rPr>
        <w:t>bulundum</w:t>
      </w:r>
      <w:proofErr w:type="spellEnd"/>
      <w:r w:rsidR="00475BDC" w:rsidRPr="00CC6A05">
        <w:rPr>
          <w:sz w:val="18"/>
          <w:szCs w:val="18"/>
        </w:rPr>
        <w:t xml:space="preserve">. Değerlendirme neticesinde kabul </w:t>
      </w:r>
      <w:proofErr w:type="gramStart"/>
      <w:r w:rsidR="00475BDC" w:rsidRPr="00CC6A05">
        <w:rPr>
          <w:sz w:val="18"/>
          <w:szCs w:val="18"/>
        </w:rPr>
        <w:t>edildiğim .............................................</w:t>
      </w:r>
      <w:r w:rsidRPr="00CC6A05">
        <w:rPr>
          <w:sz w:val="18"/>
          <w:szCs w:val="18"/>
        </w:rPr>
        <w:t>..............................</w:t>
      </w:r>
      <w:proofErr w:type="gramEnd"/>
      <w:r w:rsidRPr="00CC6A05">
        <w:rPr>
          <w:sz w:val="18"/>
          <w:szCs w:val="18"/>
        </w:rPr>
        <w:t xml:space="preserve"> </w:t>
      </w:r>
      <w:proofErr w:type="spellStart"/>
      <w:proofErr w:type="gramStart"/>
      <w:r w:rsidRPr="00CC6A05">
        <w:rPr>
          <w:sz w:val="18"/>
          <w:szCs w:val="18"/>
        </w:rPr>
        <w:t>Programı</w:t>
      </w:r>
      <w:r w:rsidR="00475BDC" w:rsidRPr="00CC6A05">
        <w:rPr>
          <w:sz w:val="18"/>
          <w:szCs w:val="18"/>
        </w:rPr>
        <w:t>na</w:t>
      </w:r>
      <w:proofErr w:type="spellEnd"/>
      <w:r w:rsidR="00475BDC" w:rsidRPr="00CC6A05">
        <w:rPr>
          <w:sz w:val="18"/>
          <w:szCs w:val="18"/>
        </w:rPr>
        <w:t xml:space="preserve"> ÇAP </w:t>
      </w:r>
      <w:proofErr w:type="spellStart"/>
      <w:r w:rsidR="00475BDC" w:rsidRPr="00CC6A05">
        <w:rPr>
          <w:sz w:val="18"/>
          <w:szCs w:val="18"/>
        </w:rPr>
        <w:t>kaydımın</w:t>
      </w:r>
      <w:proofErr w:type="spellEnd"/>
      <w:r w:rsidR="00475BDC" w:rsidRPr="00CC6A05">
        <w:rPr>
          <w:sz w:val="18"/>
          <w:szCs w:val="18"/>
        </w:rPr>
        <w:t xml:space="preserve"> </w:t>
      </w:r>
      <w:proofErr w:type="spellStart"/>
      <w:r w:rsidR="00475BDC" w:rsidRPr="00CC6A05">
        <w:rPr>
          <w:sz w:val="18"/>
          <w:szCs w:val="18"/>
        </w:rPr>
        <w:t>Öğren</w:t>
      </w:r>
      <w:r w:rsidR="00475BDC" w:rsidRPr="00CC6A05">
        <w:rPr>
          <w:sz w:val="18"/>
          <w:szCs w:val="18"/>
        </w:rPr>
        <w:t>ci</w:t>
      </w:r>
      <w:proofErr w:type="spellEnd"/>
      <w:r w:rsidR="00475BDC" w:rsidRPr="00CC6A05">
        <w:rPr>
          <w:sz w:val="18"/>
          <w:szCs w:val="18"/>
        </w:rPr>
        <w:t xml:space="preserve"> İşleri Birimi tarafından gerçekleştirilmesini ve gereğini arz ederim.</w:t>
      </w:r>
      <w:proofErr w:type="gramEnd"/>
    </w:p>
    <w:p w:rsidR="00CC6A05" w:rsidRPr="00CC6A05" w:rsidRDefault="00CC6A05">
      <w:pPr>
        <w:spacing w:after="240"/>
        <w:jc w:val="both"/>
        <w:rPr>
          <w:sz w:val="18"/>
          <w:szCs w:val="18"/>
        </w:rPr>
      </w:pPr>
      <w:r w:rsidRPr="00CC6A05">
        <w:rPr>
          <w:sz w:val="18"/>
          <w:szCs w:val="18"/>
        </w:rPr>
        <w:t xml:space="preserve">              </w:t>
      </w:r>
      <w:r w:rsidR="00475BDC" w:rsidRPr="00CC6A05">
        <w:rPr>
          <w:sz w:val="18"/>
          <w:szCs w:val="18"/>
        </w:rPr>
        <w:t xml:space="preserve">T.C. İstanbul Şişli Meslek Yüksekokulu’nda Çift Anadal öğrenim süresi boyunca tabi olacağım İŞMYO </w:t>
      </w:r>
      <w:proofErr w:type="spellStart"/>
      <w:r w:rsidR="00475BDC" w:rsidRPr="00CC6A05">
        <w:rPr>
          <w:sz w:val="18"/>
          <w:szCs w:val="18"/>
        </w:rPr>
        <w:t>Çift</w:t>
      </w:r>
      <w:proofErr w:type="spellEnd"/>
      <w:r w:rsidR="00475BDC" w:rsidRPr="00CC6A05">
        <w:rPr>
          <w:sz w:val="18"/>
          <w:szCs w:val="18"/>
        </w:rPr>
        <w:t xml:space="preserve"> </w:t>
      </w:r>
      <w:proofErr w:type="spellStart"/>
      <w:r w:rsidR="00475BDC" w:rsidRPr="00CC6A05">
        <w:rPr>
          <w:sz w:val="18"/>
          <w:szCs w:val="18"/>
        </w:rPr>
        <w:t>Anadal</w:t>
      </w:r>
      <w:proofErr w:type="spellEnd"/>
      <w:r w:rsidR="00475BDC" w:rsidRPr="00CC6A05">
        <w:rPr>
          <w:sz w:val="18"/>
          <w:szCs w:val="18"/>
        </w:rPr>
        <w:t xml:space="preserve"> </w:t>
      </w:r>
      <w:proofErr w:type="spellStart"/>
      <w:proofErr w:type="gramStart"/>
      <w:r w:rsidR="00475BDC" w:rsidRPr="00CC6A05">
        <w:rPr>
          <w:sz w:val="18"/>
          <w:szCs w:val="18"/>
        </w:rPr>
        <w:t>Yönergesi’ni</w:t>
      </w:r>
      <w:proofErr w:type="spellEnd"/>
      <w:proofErr w:type="gramEnd"/>
      <w:r w:rsidR="00475BDC" w:rsidRPr="00CC6A05">
        <w:rPr>
          <w:sz w:val="18"/>
          <w:szCs w:val="18"/>
        </w:rPr>
        <w:t xml:space="preserve"> </w:t>
      </w:r>
      <w:proofErr w:type="spellStart"/>
      <w:r w:rsidR="00475BDC" w:rsidRPr="00CC6A05">
        <w:rPr>
          <w:sz w:val="18"/>
          <w:szCs w:val="18"/>
        </w:rPr>
        <w:t>okudum</w:t>
      </w:r>
      <w:proofErr w:type="spellEnd"/>
      <w:r w:rsidR="00475BDC" w:rsidRPr="00CC6A05">
        <w:rPr>
          <w:sz w:val="18"/>
          <w:szCs w:val="18"/>
        </w:rPr>
        <w:t>/</w:t>
      </w:r>
      <w:proofErr w:type="spellStart"/>
      <w:r w:rsidR="00475BDC" w:rsidRPr="00CC6A05">
        <w:rPr>
          <w:sz w:val="18"/>
          <w:szCs w:val="18"/>
        </w:rPr>
        <w:t>okuyacağım</w:t>
      </w:r>
      <w:proofErr w:type="spellEnd"/>
      <w:r w:rsidR="00475BDC" w:rsidRPr="00CC6A05">
        <w:rPr>
          <w:sz w:val="18"/>
          <w:szCs w:val="18"/>
        </w:rPr>
        <w:t>.</w:t>
      </w:r>
    </w:p>
    <w:p w:rsidR="008F6E49" w:rsidRPr="00CC6A05" w:rsidRDefault="00475BDC">
      <w:pPr>
        <w:spacing w:after="240"/>
        <w:jc w:val="both"/>
        <w:rPr>
          <w:sz w:val="18"/>
          <w:szCs w:val="18"/>
        </w:rPr>
      </w:pPr>
      <w:r w:rsidRPr="00CC6A05">
        <w:rPr>
          <w:sz w:val="18"/>
          <w:szCs w:val="18"/>
        </w:rPr>
        <w:t xml:space="preserve"> İlgili yönergede geçen;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1.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>Aynı anda bird</w:t>
      </w:r>
      <w:r w:rsidRPr="00CC6A05">
        <w:rPr>
          <w:sz w:val="18"/>
          <w:szCs w:val="18"/>
        </w:rPr>
        <w:t>en fazla çift anadal programına kayıt olamayacağımı,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2.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>Çift anadal programını her zaman kendi isteğim ile bırakabileceğimi,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3.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>Anadal programı dönem durumu "devam" olan öğrenciler, çift anadal programında kayıt donduramazlar. Ancak anadal programı kaydını</w:t>
      </w:r>
      <w:r w:rsidRPr="00CC6A05">
        <w:rPr>
          <w:sz w:val="18"/>
          <w:szCs w:val="18"/>
        </w:rPr>
        <w:t>n dondurulması durumunda otomatik olarak çift anadal kaydının da dondurulacağı,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4.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>Zorunlu hazırlık sınıfı bulunan programlara çift anadal kaydı yapan öğrencilerin, zorunlu hazırlık sınıfını tamamladıktan sonra programın 1. Sınıfına geçebileceği,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5.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>Eş değ</w:t>
      </w:r>
      <w:r w:rsidRPr="00CC6A05">
        <w:rPr>
          <w:sz w:val="18"/>
          <w:szCs w:val="18"/>
        </w:rPr>
        <w:t>er olan dersleri sadece kayıtlı olduğum anadal programında almam gerektiği ve başarılı olmam durumunda çift anadal programına dönem sonunda transfer edileceği,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6.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 xml:space="preserve">Anadal ve çift anadal programlarında ayrı ayrı en </w:t>
      </w:r>
      <w:proofErr w:type="gramStart"/>
      <w:r w:rsidRPr="00CC6A05">
        <w:rPr>
          <w:sz w:val="18"/>
          <w:szCs w:val="18"/>
        </w:rPr>
        <w:t>az</w:t>
      </w:r>
      <w:proofErr w:type="gramEnd"/>
      <w:r w:rsidRPr="00CC6A05">
        <w:rPr>
          <w:sz w:val="18"/>
          <w:szCs w:val="18"/>
        </w:rPr>
        <w:t xml:space="preserve"> 120 AKTS ders yükünü tamamlayarak mezun </w:t>
      </w:r>
      <w:r w:rsidRPr="00CC6A05">
        <w:rPr>
          <w:sz w:val="18"/>
          <w:szCs w:val="18"/>
        </w:rPr>
        <w:t>olabileceğimi,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7.</w:t>
      </w:r>
      <w:r w:rsidRPr="00CC6A05">
        <w:rPr>
          <w:b/>
          <w:sz w:val="18"/>
          <w:szCs w:val="18"/>
        </w:rPr>
        <w:t xml:space="preserve"> </w:t>
      </w:r>
      <w:r w:rsidRPr="00CC6A05">
        <w:rPr>
          <w:b/>
          <w:sz w:val="18"/>
          <w:szCs w:val="18"/>
        </w:rPr>
        <w:t xml:space="preserve">Anadal genel not ortalamamın </w:t>
      </w:r>
      <w:r w:rsidRPr="00CC6A05">
        <w:rPr>
          <w:b/>
          <w:color w:val="FF0000"/>
          <w:sz w:val="18"/>
          <w:szCs w:val="18"/>
          <w:u w:val="single"/>
        </w:rPr>
        <w:t>bir defaya mahsus 2</w:t>
      </w:r>
      <w:proofErr w:type="gramStart"/>
      <w:r w:rsidRPr="00CC6A05">
        <w:rPr>
          <w:b/>
          <w:color w:val="FF0000"/>
          <w:sz w:val="18"/>
          <w:szCs w:val="18"/>
          <w:u w:val="single"/>
        </w:rPr>
        <w:t>,50've</w:t>
      </w:r>
      <w:proofErr w:type="gramEnd"/>
      <w:r w:rsidRPr="00CC6A05">
        <w:rPr>
          <w:b/>
          <w:color w:val="FF0000"/>
          <w:sz w:val="18"/>
          <w:szCs w:val="18"/>
          <w:u w:val="single"/>
        </w:rPr>
        <w:t xml:space="preserve"> kadar düşebileceği</w:t>
      </w:r>
      <w:r w:rsidRPr="00CC6A05">
        <w:rPr>
          <w:b/>
          <w:sz w:val="18"/>
          <w:szCs w:val="18"/>
        </w:rPr>
        <w:t xml:space="preserve">, ikinci </w:t>
      </w:r>
      <w:r w:rsidRPr="00CC6A05">
        <w:rPr>
          <w:b/>
          <w:color w:val="000000" w:themeColor="text1"/>
          <w:sz w:val="18"/>
          <w:szCs w:val="18"/>
        </w:rPr>
        <w:t>defa</w:t>
      </w:r>
      <w:r w:rsidRPr="00CC6A05">
        <w:rPr>
          <w:b/>
          <w:color w:val="FF0000"/>
          <w:sz w:val="18"/>
          <w:szCs w:val="18"/>
        </w:rPr>
        <w:t xml:space="preserve"> </w:t>
      </w:r>
      <w:r w:rsidRPr="00CC6A05">
        <w:rPr>
          <w:b/>
          <w:color w:val="FF0000"/>
          <w:sz w:val="18"/>
          <w:szCs w:val="18"/>
          <w:u w:val="single"/>
        </w:rPr>
        <w:t>2,50've kadar düşmesi durumunda</w:t>
      </w:r>
      <w:r w:rsidRPr="00CC6A05">
        <w:rPr>
          <w:b/>
          <w:color w:val="FF0000"/>
          <w:sz w:val="18"/>
          <w:szCs w:val="18"/>
        </w:rPr>
        <w:t xml:space="preserve"> </w:t>
      </w:r>
      <w:r w:rsidRPr="00CC6A05">
        <w:rPr>
          <w:b/>
          <w:sz w:val="18"/>
          <w:szCs w:val="18"/>
        </w:rPr>
        <w:t>çift anadal kaydımın silineceği,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8.</w:t>
      </w:r>
      <w:r w:rsidRPr="00CC6A05">
        <w:rPr>
          <w:b/>
          <w:sz w:val="18"/>
          <w:szCs w:val="18"/>
        </w:rPr>
        <w:t xml:space="preserve"> </w:t>
      </w:r>
      <w:r w:rsidRPr="00CC6A05">
        <w:rPr>
          <w:b/>
          <w:sz w:val="18"/>
          <w:szCs w:val="18"/>
        </w:rPr>
        <w:t xml:space="preserve">Anadal genel not ortalamamın </w:t>
      </w:r>
      <w:r w:rsidRPr="00CC6A05">
        <w:rPr>
          <w:b/>
          <w:color w:val="FF0000"/>
          <w:sz w:val="18"/>
          <w:szCs w:val="18"/>
          <w:u w:val="single"/>
        </w:rPr>
        <w:t>2</w:t>
      </w:r>
      <w:proofErr w:type="gramStart"/>
      <w:r w:rsidRPr="00CC6A05">
        <w:rPr>
          <w:b/>
          <w:color w:val="FF0000"/>
          <w:sz w:val="18"/>
          <w:szCs w:val="18"/>
          <w:u w:val="single"/>
        </w:rPr>
        <w:t>,50'nin</w:t>
      </w:r>
      <w:proofErr w:type="gramEnd"/>
      <w:r w:rsidRPr="00CC6A05">
        <w:rPr>
          <w:b/>
          <w:color w:val="FF0000"/>
          <w:sz w:val="18"/>
          <w:szCs w:val="18"/>
          <w:u w:val="single"/>
        </w:rPr>
        <w:t xml:space="preserve"> altına düşmesi</w:t>
      </w:r>
      <w:r w:rsidRPr="00CC6A05">
        <w:rPr>
          <w:b/>
          <w:sz w:val="18"/>
          <w:szCs w:val="18"/>
        </w:rPr>
        <w:t xml:space="preserve"> durumunda çift anadal kaydımın</w:t>
      </w:r>
      <w:r w:rsidRPr="00CC6A05">
        <w:rPr>
          <w:b/>
          <w:sz w:val="18"/>
          <w:szCs w:val="18"/>
        </w:rPr>
        <w:t xml:space="preserve"> silineceği,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9.</w:t>
      </w:r>
      <w:r w:rsidRPr="00CC6A05">
        <w:rPr>
          <w:b/>
          <w:sz w:val="18"/>
          <w:szCs w:val="18"/>
        </w:rPr>
        <w:t xml:space="preserve"> </w:t>
      </w:r>
      <w:r w:rsidRPr="00CC6A05">
        <w:rPr>
          <w:b/>
          <w:sz w:val="18"/>
          <w:szCs w:val="18"/>
        </w:rPr>
        <w:t xml:space="preserve">Çift anadal programındaki genel not ortalamamın </w:t>
      </w:r>
      <w:r w:rsidRPr="00CC6A05">
        <w:rPr>
          <w:b/>
          <w:color w:val="FF0000"/>
          <w:sz w:val="18"/>
          <w:szCs w:val="18"/>
          <w:u w:val="single"/>
        </w:rPr>
        <w:t>2</w:t>
      </w:r>
      <w:proofErr w:type="gramStart"/>
      <w:r w:rsidRPr="00CC6A05">
        <w:rPr>
          <w:b/>
          <w:color w:val="FF0000"/>
          <w:sz w:val="18"/>
          <w:szCs w:val="18"/>
          <w:u w:val="single"/>
        </w:rPr>
        <w:t>,00'nin</w:t>
      </w:r>
      <w:proofErr w:type="gramEnd"/>
      <w:r w:rsidRPr="00CC6A05">
        <w:rPr>
          <w:b/>
          <w:color w:val="FF0000"/>
          <w:sz w:val="18"/>
          <w:szCs w:val="18"/>
          <w:u w:val="single"/>
        </w:rPr>
        <w:t xml:space="preserve"> altına düşmesi</w:t>
      </w:r>
      <w:r w:rsidRPr="00CC6A05">
        <w:rPr>
          <w:b/>
          <w:color w:val="FF0000"/>
          <w:sz w:val="18"/>
          <w:szCs w:val="18"/>
        </w:rPr>
        <w:t xml:space="preserve"> </w:t>
      </w:r>
      <w:r w:rsidRPr="00CC6A05">
        <w:rPr>
          <w:b/>
          <w:sz w:val="18"/>
          <w:szCs w:val="18"/>
        </w:rPr>
        <w:t>durumunda çift anadal kaydımın silineceği,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10.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 xml:space="preserve">Yönetim Kurulunca </w:t>
      </w:r>
      <w:proofErr w:type="gramStart"/>
      <w:r w:rsidRPr="00CC6A05">
        <w:rPr>
          <w:sz w:val="18"/>
          <w:szCs w:val="18"/>
        </w:rPr>
        <w:t>kabul</w:t>
      </w:r>
      <w:proofErr w:type="gramEnd"/>
      <w:r w:rsidRPr="00CC6A05">
        <w:rPr>
          <w:sz w:val="18"/>
          <w:szCs w:val="18"/>
        </w:rPr>
        <w:t xml:space="preserve"> edilmiş mazeretim olmadığı halde </w:t>
      </w:r>
      <w:r w:rsidRPr="00CC6A05">
        <w:rPr>
          <w:b/>
          <w:sz w:val="18"/>
          <w:szCs w:val="18"/>
        </w:rPr>
        <w:t xml:space="preserve">iki dönem ders kaydı </w:t>
      </w:r>
      <w:bookmarkStart w:id="0" w:name="_GoBack"/>
      <w:bookmarkEnd w:id="0"/>
      <w:r w:rsidRPr="00CC6A05">
        <w:rPr>
          <w:b/>
          <w:sz w:val="18"/>
          <w:szCs w:val="18"/>
        </w:rPr>
        <w:t>yapmamam durumunda çift anadal programındak</w:t>
      </w:r>
      <w:r w:rsidRPr="00CC6A05">
        <w:rPr>
          <w:b/>
          <w:sz w:val="18"/>
          <w:szCs w:val="18"/>
        </w:rPr>
        <w:t>i kaydımın silineceği</w:t>
      </w:r>
      <w:r w:rsidRPr="00CC6A05">
        <w:rPr>
          <w:sz w:val="18"/>
          <w:szCs w:val="18"/>
        </w:rPr>
        <w:t>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11.</w:t>
      </w:r>
      <w:r w:rsidRPr="00CC6A05">
        <w:rPr>
          <w:b/>
          <w:sz w:val="18"/>
          <w:szCs w:val="18"/>
        </w:rPr>
        <w:t xml:space="preserve"> </w:t>
      </w:r>
      <w:r w:rsidRPr="00CC6A05">
        <w:rPr>
          <w:b/>
          <w:sz w:val="18"/>
          <w:szCs w:val="18"/>
          <w:u w:val="single"/>
        </w:rPr>
        <w:t>Çift anadal programından mezun olabilmem için kayıtlı olduğum anadal programından en az 2</w:t>
      </w:r>
      <w:proofErr w:type="gramStart"/>
      <w:r w:rsidRPr="00CC6A05">
        <w:rPr>
          <w:b/>
          <w:sz w:val="18"/>
          <w:szCs w:val="18"/>
          <w:u w:val="single"/>
        </w:rPr>
        <w:t>,72</w:t>
      </w:r>
      <w:proofErr w:type="gramEnd"/>
      <w:r w:rsidRPr="00CC6A05">
        <w:rPr>
          <w:b/>
          <w:sz w:val="18"/>
          <w:szCs w:val="18"/>
          <w:u w:val="single"/>
        </w:rPr>
        <w:t xml:space="preserve"> genel not ortalaması ile mezun olmam gerektiği aksi durumunda çift anadal programında tüm derslerimi başarı ile tamamlamış olsam dahi me</w:t>
      </w:r>
      <w:r w:rsidRPr="00CC6A05">
        <w:rPr>
          <w:b/>
          <w:sz w:val="18"/>
          <w:szCs w:val="18"/>
          <w:u w:val="single"/>
        </w:rPr>
        <w:t>zun olamayacağım</w:t>
      </w:r>
      <w:r w:rsidRPr="00CC6A05">
        <w:rPr>
          <w:b/>
          <w:sz w:val="18"/>
          <w:szCs w:val="18"/>
        </w:rPr>
        <w:t>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12.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 xml:space="preserve">Çift anadal programından mezun olabilmem için kayıtlı olduğum </w:t>
      </w:r>
      <w:r w:rsidRPr="00CC6A05">
        <w:rPr>
          <w:b/>
          <w:sz w:val="18"/>
          <w:szCs w:val="18"/>
        </w:rPr>
        <w:t>çift anadal programı genel not ortalamamın en az 2</w:t>
      </w:r>
      <w:proofErr w:type="gramStart"/>
      <w:r w:rsidRPr="00CC6A05">
        <w:rPr>
          <w:b/>
          <w:sz w:val="18"/>
          <w:szCs w:val="18"/>
        </w:rPr>
        <w:t>,00</w:t>
      </w:r>
      <w:proofErr w:type="gramEnd"/>
      <w:r w:rsidRPr="00CC6A05">
        <w:rPr>
          <w:b/>
          <w:sz w:val="18"/>
          <w:szCs w:val="18"/>
        </w:rPr>
        <w:t xml:space="preserve"> olması gerektiği,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13.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>Kayıtlı olduğum anadal programından mezun olmadan çift anadal programından mezun olamayacağımı,</w:t>
      </w:r>
    </w:p>
    <w:p w:rsidR="008F6E49" w:rsidRPr="00CC6A05" w:rsidRDefault="00475BDC">
      <w:pPr>
        <w:spacing w:after="80"/>
        <w:ind w:left="432" w:hanging="432"/>
        <w:jc w:val="both"/>
        <w:rPr>
          <w:sz w:val="18"/>
          <w:szCs w:val="18"/>
        </w:rPr>
      </w:pPr>
      <w:r w:rsidRPr="00CC6A05">
        <w:rPr>
          <w:b/>
          <w:sz w:val="18"/>
          <w:szCs w:val="18"/>
        </w:rPr>
        <w:t>14.</w:t>
      </w:r>
      <w:r w:rsidRPr="00CC6A05">
        <w:rPr>
          <w:sz w:val="18"/>
          <w:szCs w:val="18"/>
        </w:rPr>
        <w:t xml:space="preserve"> </w:t>
      </w:r>
      <w:r w:rsidRPr="00CC6A05">
        <w:rPr>
          <w:sz w:val="18"/>
          <w:szCs w:val="18"/>
        </w:rPr>
        <w:t>Anadal asgari öğrenim süresi tamamlandıktan sonra öğrencilerin çift anadal programını en fazla 1 akademik yıl (2 yarıyıl) uzatabileceği ve uzatma olarak geçen eğitim öğretim yılı için Mütevelli Heyet tarafından belirlenen şekilde ücretlendirileceği,</w:t>
      </w:r>
    </w:p>
    <w:p w:rsidR="008F6E49" w:rsidRPr="00CC6A05" w:rsidRDefault="00475BDC">
      <w:pPr>
        <w:spacing w:before="240" w:after="480"/>
        <w:rPr>
          <w:sz w:val="18"/>
          <w:szCs w:val="18"/>
        </w:rPr>
      </w:pPr>
      <w:proofErr w:type="gramStart"/>
      <w:r w:rsidRPr="00CC6A05">
        <w:rPr>
          <w:sz w:val="18"/>
          <w:szCs w:val="18"/>
        </w:rPr>
        <w:t>hu</w:t>
      </w:r>
      <w:r w:rsidRPr="00CC6A05">
        <w:rPr>
          <w:sz w:val="18"/>
          <w:szCs w:val="18"/>
        </w:rPr>
        <w:t>suslarında</w:t>
      </w:r>
      <w:proofErr w:type="gramEnd"/>
      <w:r w:rsidRPr="00CC6A05">
        <w:rPr>
          <w:sz w:val="18"/>
          <w:szCs w:val="18"/>
        </w:rPr>
        <w:t xml:space="preserve"> bilgilendiğimi </w:t>
      </w:r>
      <w:proofErr w:type="spellStart"/>
      <w:r w:rsidRPr="00CC6A05">
        <w:rPr>
          <w:sz w:val="18"/>
          <w:szCs w:val="18"/>
        </w:rPr>
        <w:t>kabul</w:t>
      </w:r>
      <w:proofErr w:type="spellEnd"/>
      <w:r w:rsidRPr="00CC6A05">
        <w:rPr>
          <w:sz w:val="18"/>
          <w:szCs w:val="18"/>
        </w:rPr>
        <w:t xml:space="preserve"> </w:t>
      </w:r>
      <w:proofErr w:type="spellStart"/>
      <w:r w:rsidRPr="00CC6A05">
        <w:rPr>
          <w:sz w:val="18"/>
          <w:szCs w:val="18"/>
        </w:rPr>
        <w:t>ve</w:t>
      </w:r>
      <w:proofErr w:type="spellEnd"/>
      <w:r w:rsidRPr="00CC6A05">
        <w:rPr>
          <w:sz w:val="18"/>
          <w:szCs w:val="18"/>
        </w:rPr>
        <w:t xml:space="preserve"> </w:t>
      </w:r>
      <w:proofErr w:type="spellStart"/>
      <w:r w:rsidRPr="00CC6A05">
        <w:rPr>
          <w:sz w:val="18"/>
          <w:szCs w:val="18"/>
        </w:rPr>
        <w:t>beyan</w:t>
      </w:r>
      <w:proofErr w:type="spellEnd"/>
      <w:r w:rsidRPr="00CC6A05">
        <w:rPr>
          <w:sz w:val="18"/>
          <w:szCs w:val="18"/>
        </w:rPr>
        <w:t xml:space="preserve"> </w:t>
      </w:r>
      <w:proofErr w:type="spellStart"/>
      <w:r w:rsidRPr="00CC6A05">
        <w:rPr>
          <w:sz w:val="18"/>
          <w:szCs w:val="18"/>
        </w:rPr>
        <w:t>ederim</w:t>
      </w:r>
      <w:proofErr w:type="spellEnd"/>
      <w:r w:rsidRPr="00CC6A05">
        <w:rPr>
          <w:sz w:val="18"/>
          <w:szCs w:val="18"/>
        </w:rPr>
        <w:t>.</w:t>
      </w:r>
    </w:p>
    <w:p w:rsidR="008F6E49" w:rsidRPr="00CC6A05" w:rsidRDefault="00CC6A05" w:rsidP="00CC6A05">
      <w:pPr>
        <w:spacing w:after="80"/>
        <w:jc w:val="center"/>
        <w:rPr>
          <w:sz w:val="18"/>
          <w:szCs w:val="18"/>
        </w:rPr>
      </w:pPr>
      <w:r w:rsidRPr="00CC6A05">
        <w:rPr>
          <w:b/>
          <w:sz w:val="18"/>
          <w:szCs w:val="18"/>
        </w:rPr>
        <w:t xml:space="preserve">                                                   </w:t>
      </w:r>
      <w:r w:rsidR="00475BDC" w:rsidRPr="00CC6A05">
        <w:rPr>
          <w:b/>
          <w:sz w:val="18"/>
          <w:szCs w:val="18"/>
        </w:rPr>
        <w:t>Ad-</w:t>
      </w:r>
      <w:proofErr w:type="spellStart"/>
      <w:proofErr w:type="gramStart"/>
      <w:r w:rsidR="00475BDC" w:rsidRPr="00CC6A05">
        <w:rPr>
          <w:b/>
          <w:sz w:val="18"/>
          <w:szCs w:val="18"/>
        </w:rPr>
        <w:t>Soyad</w:t>
      </w:r>
      <w:proofErr w:type="spellEnd"/>
      <w:r w:rsidR="00475BDC" w:rsidRPr="00CC6A05">
        <w:rPr>
          <w:b/>
          <w:sz w:val="18"/>
          <w:szCs w:val="18"/>
        </w:rPr>
        <w:t xml:space="preserve"> :</w:t>
      </w:r>
      <w:proofErr w:type="gramEnd"/>
    </w:p>
    <w:p w:rsidR="008F6E49" w:rsidRPr="00CC6A05" w:rsidRDefault="00CC6A05" w:rsidP="00CC6A05">
      <w:pPr>
        <w:spacing w:after="80"/>
        <w:jc w:val="center"/>
        <w:rPr>
          <w:sz w:val="18"/>
          <w:szCs w:val="18"/>
        </w:rPr>
      </w:pPr>
      <w:r w:rsidRPr="00CC6A05">
        <w:rPr>
          <w:b/>
          <w:sz w:val="18"/>
          <w:szCs w:val="18"/>
        </w:rPr>
        <w:t xml:space="preserve">                                                            </w:t>
      </w:r>
      <w:r w:rsidR="00475BDC" w:rsidRPr="00CC6A05">
        <w:rPr>
          <w:b/>
          <w:sz w:val="18"/>
          <w:szCs w:val="18"/>
        </w:rPr>
        <w:t xml:space="preserve">T.C. Kimlik </w:t>
      </w:r>
      <w:proofErr w:type="gramStart"/>
      <w:r w:rsidR="00475BDC" w:rsidRPr="00CC6A05">
        <w:rPr>
          <w:b/>
          <w:sz w:val="18"/>
          <w:szCs w:val="18"/>
        </w:rPr>
        <w:t>No :</w:t>
      </w:r>
      <w:proofErr w:type="gramEnd"/>
    </w:p>
    <w:p w:rsidR="008F6E49" w:rsidRPr="00CC6A05" w:rsidRDefault="00CC6A05" w:rsidP="00CC6A05">
      <w:pPr>
        <w:spacing w:after="80"/>
        <w:jc w:val="center"/>
        <w:rPr>
          <w:sz w:val="18"/>
          <w:szCs w:val="18"/>
        </w:rPr>
      </w:pPr>
      <w:r w:rsidRPr="00CC6A05">
        <w:rPr>
          <w:b/>
          <w:sz w:val="18"/>
          <w:szCs w:val="18"/>
        </w:rPr>
        <w:t xml:space="preserve">                                          </w:t>
      </w:r>
      <w:proofErr w:type="spellStart"/>
      <w:proofErr w:type="gramStart"/>
      <w:r w:rsidRPr="00CC6A05">
        <w:rPr>
          <w:b/>
          <w:sz w:val="18"/>
          <w:szCs w:val="18"/>
        </w:rPr>
        <w:t>İ</w:t>
      </w:r>
      <w:r w:rsidR="00475BDC" w:rsidRPr="00CC6A05">
        <w:rPr>
          <w:b/>
          <w:sz w:val="18"/>
          <w:szCs w:val="18"/>
        </w:rPr>
        <w:t>mza</w:t>
      </w:r>
      <w:proofErr w:type="spellEnd"/>
      <w:r w:rsidR="00475BDC" w:rsidRPr="00CC6A05">
        <w:rPr>
          <w:b/>
          <w:sz w:val="18"/>
          <w:szCs w:val="18"/>
        </w:rPr>
        <w:t xml:space="preserve"> :</w:t>
      </w:r>
      <w:proofErr w:type="gramEnd"/>
    </w:p>
    <w:sectPr w:rsidR="008F6E49" w:rsidRPr="00CC6A05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BDC" w:rsidRDefault="00475BDC" w:rsidP="00422C75">
      <w:pPr>
        <w:spacing w:after="0" w:line="240" w:lineRule="auto"/>
      </w:pPr>
      <w:r>
        <w:separator/>
      </w:r>
    </w:p>
  </w:endnote>
  <w:endnote w:type="continuationSeparator" w:id="0">
    <w:p w:rsidR="00475BDC" w:rsidRDefault="00475BDC" w:rsidP="00422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BDC" w:rsidRDefault="00475BDC" w:rsidP="00422C75">
      <w:pPr>
        <w:spacing w:after="0" w:line="240" w:lineRule="auto"/>
      </w:pPr>
      <w:r>
        <w:separator/>
      </w:r>
    </w:p>
  </w:footnote>
  <w:footnote w:type="continuationSeparator" w:id="0">
    <w:p w:rsidR="00475BDC" w:rsidRDefault="00475BDC" w:rsidP="00422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2C75" w:rsidRPr="00422C75" w:rsidRDefault="00422C75">
    <w:pPr>
      <w:pStyle w:val="stbilgi"/>
      <w:rPr>
        <w:sz w:val="24"/>
      </w:rPr>
    </w:pPr>
    <w:r>
      <w:rPr>
        <w:b/>
        <w:sz w:val="18"/>
        <w:szCs w:val="18"/>
      </w:rPr>
      <w:t xml:space="preserve">                                                                                                                                            </w:t>
    </w:r>
    <w:r w:rsidRPr="00422C75">
      <w:rPr>
        <w:b/>
        <w:sz w:val="20"/>
        <w:szCs w:val="18"/>
      </w:rPr>
      <w:t xml:space="preserve"> </w:t>
    </w:r>
    <w:proofErr w:type="spellStart"/>
    <w:r w:rsidRPr="00422C75">
      <w:rPr>
        <w:b/>
        <w:sz w:val="20"/>
        <w:szCs w:val="18"/>
      </w:rPr>
      <w:t>Çift</w:t>
    </w:r>
    <w:proofErr w:type="spellEnd"/>
    <w:r w:rsidRPr="00422C75">
      <w:rPr>
        <w:b/>
        <w:sz w:val="20"/>
        <w:szCs w:val="18"/>
      </w:rPr>
      <w:t xml:space="preserve"> </w:t>
    </w:r>
    <w:proofErr w:type="spellStart"/>
    <w:r>
      <w:rPr>
        <w:b/>
        <w:sz w:val="20"/>
        <w:szCs w:val="18"/>
      </w:rPr>
      <w:t>Anadal</w:t>
    </w:r>
    <w:proofErr w:type="spellEnd"/>
    <w:r>
      <w:rPr>
        <w:b/>
        <w:sz w:val="20"/>
        <w:szCs w:val="18"/>
      </w:rPr>
      <w:t xml:space="preserve"> </w:t>
    </w:r>
    <w:proofErr w:type="spellStart"/>
    <w:r>
      <w:rPr>
        <w:b/>
        <w:sz w:val="20"/>
        <w:szCs w:val="18"/>
      </w:rPr>
      <w:t>Kesin</w:t>
    </w:r>
    <w:proofErr w:type="spellEnd"/>
    <w:r>
      <w:rPr>
        <w:b/>
        <w:sz w:val="20"/>
        <w:szCs w:val="18"/>
      </w:rPr>
      <w:t xml:space="preserve"> </w:t>
    </w:r>
    <w:proofErr w:type="spellStart"/>
    <w:r>
      <w:rPr>
        <w:b/>
        <w:sz w:val="20"/>
        <w:szCs w:val="18"/>
      </w:rPr>
      <w:t>Kayıt</w:t>
    </w:r>
    <w:proofErr w:type="spellEnd"/>
    <w:r>
      <w:rPr>
        <w:b/>
        <w:sz w:val="20"/>
        <w:szCs w:val="18"/>
      </w:rPr>
      <w:t xml:space="preserve"> </w:t>
    </w:r>
    <w:proofErr w:type="spellStart"/>
    <w:r>
      <w:rPr>
        <w:b/>
        <w:sz w:val="20"/>
        <w:szCs w:val="18"/>
      </w:rPr>
      <w:t>Dilek</w:t>
    </w:r>
    <w:r w:rsidRPr="00422C75">
      <w:rPr>
        <w:b/>
        <w:sz w:val="20"/>
        <w:szCs w:val="18"/>
      </w:rPr>
      <w:t>çesi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2C75"/>
    <w:rsid w:val="00475BDC"/>
    <w:rsid w:val="008F6E49"/>
    <w:rsid w:val="00AA1D8D"/>
    <w:rsid w:val="00B47730"/>
    <w:rsid w:val="00BB6FC5"/>
    <w:rsid w:val="00CB0664"/>
    <w:rsid w:val="00CC6A05"/>
    <w:rsid w:val="00F767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B76CF6-865F-4BDD-8588-71601CCCE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Kübra IŞIK  | SISLI MYO</cp:lastModifiedBy>
  <cp:revision>2</cp:revision>
  <cp:lastPrinted>2026-09-26T09:33:00Z</cp:lastPrinted>
  <dcterms:created xsi:type="dcterms:W3CDTF">2026-09-26T09:43:00Z</dcterms:created>
  <dcterms:modified xsi:type="dcterms:W3CDTF">2026-09-26T09:43:00Z</dcterms:modified>
</cp:coreProperties>
</file>